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56"/>
        </w:rPr>
        <w:t>SÉLAN &amp; PARTNER</w:t>
        <w:br/>
      </w:r>
      <w:r>
        <w:t>Personaltraining | Seminare</w:t>
        <w:br/>
        <w:t>Coaching | Coaching-Ausbildung</w:t>
      </w:r>
    </w:p>
    <w:p/>
    <w:p>
      <w:pPr>
        <w:jc w:val="center"/>
      </w:pPr>
      <w:r>
        <w:rPr>
          <w:b/>
          <w:sz w:val="32"/>
        </w:rPr>
        <w:t>AUSBILDUNG 2026–2027</w:t>
        <w:br/>
      </w:r>
      <w:r>
        <w:rPr>
          <w:sz w:val="28"/>
        </w:rPr>
        <w:t>ANMELDUNG ZUR AUSBILDUNG</w:t>
        <w:br/>
        <w:t>„Lifeline Personal- und Business Coach“</w:t>
        <w:br/>
        <w:t>Oktober 2026 – November 2027</w:t>
      </w:r>
    </w:p>
    <w:p/>
    <w:p>
      <w:r>
        <w:t>JA! Hiermit melde ich mich verbindlich zur Ausbildung zum „Lifeline Personal- und Business Coach“ (Oktober 2026 – November 2027) an.</w:t>
      </w:r>
    </w:p>
    <w:p>
      <w:pPr>
        <w:pStyle w:val="Heading2"/>
      </w:pPr>
      <w:r>
        <w:t>ANGABEN ZUR PERSON</w:t>
      </w:r>
    </w:p>
    <w:p>
      <w:r>
        <w:t>Firma: __________________________________________</w:t>
      </w:r>
    </w:p>
    <w:p>
      <w:r>
        <w:t>Vorname: __________________________________________</w:t>
      </w:r>
    </w:p>
    <w:p>
      <w:r>
        <w:t>Nachname: __________________________________________</w:t>
      </w:r>
    </w:p>
    <w:p>
      <w:r>
        <w:t>Straße: __________________________________________</w:t>
      </w:r>
    </w:p>
    <w:p>
      <w:r>
        <w:t>PLZ: __________________________________________</w:t>
      </w:r>
    </w:p>
    <w:p>
      <w:r>
        <w:t>Ort: __________________________________________</w:t>
      </w:r>
    </w:p>
    <w:p>
      <w:r>
        <w:t>Telefon: __________________________________________</w:t>
      </w:r>
    </w:p>
    <w:p>
      <w:r>
        <w:t>E-Mail: __________________________________________</w:t>
      </w:r>
    </w:p>
    <w:p>
      <w:pPr>
        <w:pStyle w:val="Heading2"/>
      </w:pPr>
      <w:r>
        <w:t>INVESTITION &amp; ZAHLWEISE</w:t>
      </w:r>
    </w:p>
    <w:p>
      <w:r>
        <w:t>Nach der Anzahlung bei Anmeldung von € 1.000,–* erfolgt der Restbetrag 3 Wochen vor Seminarbeginn:</w:t>
      </w:r>
    </w:p>
    <w:p>
      <w:r>
        <w:t>☐ Einmalzahlung € 5.238,–* (entspricht 5 % Rabattierung)</w:t>
      </w:r>
    </w:p>
    <w:p>
      <w:r>
        <w:t>☐ Ratenzahlung € 423,–* (13 monatliche Raten)</w:t>
      </w:r>
    </w:p>
    <w:p>
      <w:r>
        <w:t>* Alle Preise zzgl. Mehrwertsteuer. Der Seminarpreis versteht sich zzgl. Verpflegung und ggf. Unterbringung.</w:t>
      </w:r>
    </w:p>
    <w:p>
      <w:pPr>
        <w:pStyle w:val="Heading2"/>
      </w:pPr>
      <w:r>
        <w:t>ORT, DATUM &amp; UNTERSCHRIFT</w:t>
      </w:r>
    </w:p>
    <w:p>
      <w:r>
        <w:t>Ort, Datum: __________________________________________</w:t>
      </w:r>
    </w:p>
    <w:p>
      <w:r>
        <w:t>Unterschrift: ________________________________________</w:t>
      </w:r>
    </w:p>
    <w:p>
      <w:pPr>
        <w:pStyle w:val="Heading2"/>
      </w:pPr>
      <w:r>
        <w:t>BANKVERBINDUNG</w:t>
      </w:r>
    </w:p>
    <w:p>
      <w:r>
        <w:t>Commerzbank Nürnberg</w:t>
        <w:br/>
        <w:t>Kontoinhaber: Uwe Preising</w:t>
        <w:br/>
        <w:t>IBAN: DE12 7604 0061 0518 2803 00</w:t>
      </w:r>
    </w:p>
    <w:p>
      <w:pPr>
        <w:pStyle w:val="Heading2"/>
      </w:pPr>
      <w:r>
        <w:t>HINWEISE</w:t>
      </w:r>
    </w:p>
    <w:p>
      <w:r>
        <w:t>Bei Stornierung dieser Anmeldung bis 3 Wochen vor Seminarbeginn wird die Anzahlung als Stornogebühr verrechnet.</w:t>
      </w:r>
    </w:p>
    <w:p>
      <w:r>
        <w:t>Jede Anmeldung ist gerne bis 14 Tage vor Seminarbeginn an eine andere Person übertragbar.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